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497428" w14:paraId="6F8A79E4" w14:textId="77777777">
        <w:trPr>
          <w:jc w:val="center"/>
        </w:trPr>
        <w:tc>
          <w:tcPr>
            <w:tcW w:w="5156" w:type="dxa"/>
            <w:shd w:val="clear" w:color="auto" w:fill="004B93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4031441A" w14:textId="77777777" w:rsidR="00497428" w:rsidRDefault="00852B41">
            <w:bookmarkStart w:id="0" w:name="_GoBack"/>
            <w:bookmarkEnd w:id="0"/>
            <w:r>
              <w:rPr>
                <w:b/>
                <w:color w:val="FFFFFF"/>
                <w:sz w:val="40"/>
              </w:rPr>
              <w:t>OSDI NEXT 2027</w:t>
            </w:r>
            <w:r>
              <w:br/>
            </w:r>
            <w:r>
              <w:rPr>
                <w:color w:val="FFFFFF"/>
              </w:rPr>
              <w:t>Roma, 18-19 dicembre 2026</w:t>
            </w:r>
          </w:p>
        </w:tc>
        <w:tc>
          <w:tcPr>
            <w:tcW w:w="5156" w:type="dxa"/>
            <w:shd w:val="clear" w:color="auto" w:fill="004B93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DDE72ED" w14:textId="77777777" w:rsidR="00497428" w:rsidRDefault="00852B41">
            <w:pPr>
              <w:jc w:val="right"/>
            </w:pPr>
            <w:r>
              <w:rPr>
                <w:b/>
                <w:color w:val="FFFFFF"/>
                <w:sz w:val="24"/>
              </w:rPr>
              <w:t>FORMAT ABSTRACT</w:t>
            </w:r>
            <w:r>
              <w:br/>
            </w:r>
            <w:r>
              <w:rPr>
                <w:color w:val="FFFFFF"/>
                <w:sz w:val="18"/>
              </w:rPr>
              <w:t>Call for Abstract OSDI</w:t>
            </w:r>
          </w:p>
        </w:tc>
      </w:tr>
    </w:tbl>
    <w:p w14:paraId="672A6659" w14:textId="77777777" w:rsidR="00497428" w:rsidRDefault="00497428"/>
    <w:p w14:paraId="2CE5366C" w14:textId="77777777" w:rsidR="00497428" w:rsidRDefault="00852B41">
      <w:pPr>
        <w:jc w:val="center"/>
      </w:pPr>
      <w:r>
        <w:rPr>
          <w:b/>
          <w:color w:val="B00063"/>
          <w:sz w:val="30"/>
        </w:rPr>
        <w:t>Diamo voce alla ricerca infermieristica in diabetologia</w:t>
      </w:r>
    </w:p>
    <w:p w14:paraId="3291BDE8" w14:textId="77777777" w:rsidR="00497428" w:rsidRDefault="00852B41">
      <w:pPr>
        <w:jc w:val="center"/>
      </w:pPr>
      <w:r>
        <w:rPr>
          <w:b/>
          <w:color w:val="004B93"/>
          <w:sz w:val="22"/>
        </w:rPr>
        <w:t>Documento da compilare e inviare entro il 2 dicembre 2026</w:t>
      </w:r>
    </w:p>
    <w:p w14:paraId="3D1F54B4" w14:textId="77777777" w:rsidR="00497428" w:rsidRDefault="1869657A">
      <w:pPr>
        <w:pStyle w:val="Titolo1"/>
      </w:pPr>
      <w:r>
        <w:t>Indicazioni per la compilazione</w:t>
      </w:r>
    </w:p>
    <w:p w14:paraId="43E5FA46" w14:textId="7E7884C9" w:rsidR="1869657A" w:rsidRDefault="1869657A" w:rsidP="1869657A">
      <w:r>
        <w:t>Nella scheda di presentazione, sostituire i testi guida con i contenuti del proprio contributo. Prima dell’invio, verificare che non siano rimaste istruzioni nei campi compilati.</w:t>
      </w:r>
    </w:p>
    <w:p w14:paraId="37100785" w14:textId="77777777" w:rsidR="00497428" w:rsidRDefault="00852B41">
      <w:pPr>
        <w:pStyle w:val="Puntoelenco"/>
        <w:spacing w:after="80"/>
      </w:pPr>
      <w:r>
        <w:rPr>
          <w:b/>
          <w:color w:val="004B93"/>
        </w:rPr>
        <w:t xml:space="preserve">Lingua: </w:t>
      </w:r>
      <w:r>
        <w:t>italiano.</w:t>
      </w:r>
    </w:p>
    <w:p w14:paraId="740A7E5B" w14:textId="77777777" w:rsidR="00497428" w:rsidRDefault="1869657A">
      <w:pPr>
        <w:pStyle w:val="Puntoelenco"/>
        <w:spacing w:after="80"/>
      </w:pPr>
      <w:r w:rsidRPr="1869657A">
        <w:rPr>
          <w:rFonts w:eastAsia="Aptos" w:cs="Aptos"/>
          <w:b/>
          <w:bCs/>
          <w:color w:val="004B93"/>
          <w:szCs w:val="20"/>
        </w:rPr>
        <w:t xml:space="preserve">Lunghezza: </w:t>
      </w:r>
      <w:r w:rsidRPr="1869657A">
        <w:rPr>
          <w:rFonts w:eastAsia="Aptos" w:cs="Aptos"/>
          <w:szCs w:val="20"/>
        </w:rPr>
        <w:t xml:space="preserve">massimo 2.500 caratteri, spazi inclusi, esclusi titolo, autori, affiliazioni e bibliografia. Prima dell’invio, verificare il numero di caratteri, </w:t>
      </w:r>
      <w:proofErr w:type="gramStart"/>
      <w:r w:rsidRPr="1869657A">
        <w:rPr>
          <w:rFonts w:eastAsia="Aptos" w:cs="Aptos"/>
          <w:szCs w:val="20"/>
        </w:rPr>
        <w:t>non di</w:t>
      </w:r>
      <w:proofErr w:type="gramEnd"/>
      <w:r w:rsidRPr="1869657A">
        <w:rPr>
          <w:rFonts w:eastAsia="Aptos" w:cs="Aptos"/>
          <w:szCs w:val="20"/>
        </w:rPr>
        <w:t xml:space="preserve"> parole, del testo compilato, applicando queste esclusioni.</w:t>
      </w:r>
    </w:p>
    <w:p w14:paraId="61EBFF1F" w14:textId="77777777" w:rsidR="00497428" w:rsidRDefault="00852B41">
      <w:pPr>
        <w:pStyle w:val="Puntoelenco"/>
        <w:spacing w:after="80"/>
      </w:pPr>
      <w:r>
        <w:rPr>
          <w:b/>
          <w:color w:val="004B93"/>
        </w:rPr>
        <w:t xml:space="preserve">Struttura: </w:t>
      </w:r>
      <w:r>
        <w:t>compilare tutte le sezioni previste. Per case report o progetti, adattare “Materiali e metodi” al</w:t>
      </w:r>
      <w:r>
        <w:t>la metodologia utilizzata.</w:t>
      </w:r>
    </w:p>
    <w:p w14:paraId="707AAF5A" w14:textId="77777777" w:rsidR="00497428" w:rsidRDefault="00852B41">
      <w:pPr>
        <w:pStyle w:val="Puntoelenco"/>
        <w:spacing w:after="80"/>
      </w:pPr>
      <w:r>
        <w:rPr>
          <w:b/>
          <w:color w:val="004B93"/>
        </w:rPr>
        <w:t xml:space="preserve">Bibliografia: </w:t>
      </w:r>
      <w:r>
        <w:t>massimo 3 riferimenti, preferibilmente in stile Vancouver.</w:t>
      </w:r>
    </w:p>
    <w:p w14:paraId="7DC9137F" w14:textId="77777777" w:rsidR="00497428" w:rsidRDefault="00852B41">
      <w:pPr>
        <w:pStyle w:val="Puntoelenco"/>
        <w:spacing w:after="80"/>
      </w:pPr>
      <w:r>
        <w:rPr>
          <w:b/>
          <w:color w:val="004B93"/>
        </w:rPr>
        <w:t xml:space="preserve">Privacy: </w:t>
      </w:r>
      <w:r>
        <w:t>non inserire dati che consentano di identificare le persone assistite.</w:t>
      </w:r>
    </w:p>
    <w:p w14:paraId="7B8E5221" w14:textId="77777777" w:rsidR="00497428" w:rsidRDefault="00852B41">
      <w:pPr>
        <w:pStyle w:val="Puntoelenco"/>
        <w:spacing w:after="80"/>
      </w:pPr>
      <w:r>
        <w:rPr>
          <w:b/>
          <w:color w:val="004B93"/>
        </w:rPr>
        <w:t xml:space="preserve">Formato del file: </w:t>
      </w:r>
      <w:r>
        <w:t>salvare in Word con il nome: CognomeAutore_TitoloBreve_OSD</w:t>
      </w:r>
      <w:r>
        <w:t>INEXT2027.docx.</w:t>
      </w:r>
    </w:p>
    <w:p w14:paraId="18D3869E" w14:textId="77777777" w:rsidR="00497428" w:rsidRDefault="00852B41">
      <w:pPr>
        <w:pStyle w:val="Puntoelenco"/>
        <w:spacing w:after="80"/>
      </w:pPr>
      <w:r>
        <w:rPr>
          <w:b/>
          <w:color w:val="004B93"/>
        </w:rPr>
        <w:t xml:space="preserve">Invio: </w:t>
      </w:r>
      <w:r>
        <w:t>trasmettere a segreteria@osdi.it, con oggetto: CALL FOR ABSTRACT OSDI NEXT 2027 - Cognome e nome dell’autore principale.</w:t>
      </w:r>
    </w:p>
    <w:p w14:paraId="2B4D2A0F" w14:textId="77777777" w:rsidR="00497428" w:rsidRDefault="1869657A">
      <w:pPr>
        <w:pStyle w:val="Titolo1"/>
      </w:pPr>
      <w:r w:rsidRPr="1869657A">
        <w:rPr>
          <w:rFonts w:ascii="Calibri" w:eastAsia="Calibri" w:hAnsi="Calibri" w:cs="Calibri"/>
        </w:rPr>
        <w:t>Area tematica prevalente (selezionare una sola area)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9184"/>
      </w:tblGrid>
      <w:tr w:rsidR="00497428" w14:paraId="2CCF9B12" w14:textId="77777777">
        <w:trPr>
          <w:jc w:val="center"/>
        </w:trPr>
        <w:tc>
          <w:tcPr>
            <w:tcW w:w="454" w:type="dxa"/>
            <w:shd w:val="clear" w:color="auto" w:fill="EAF5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1C84E6" w14:textId="77777777" w:rsidR="00497428" w:rsidRDefault="00852B41">
            <w:pPr>
              <w:jc w:val="center"/>
            </w:pPr>
            <w:r>
              <w:rPr>
                <w:color w:val="004B93"/>
                <w:sz w:val="22"/>
              </w:rPr>
              <w:t>☐</w:t>
            </w:r>
          </w:p>
        </w:tc>
        <w:tc>
          <w:tcPr>
            <w:tcW w:w="9184" w:type="dxa"/>
            <w:shd w:val="clear" w:color="auto" w:fill="EAF5F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38AEA3" w14:textId="77777777" w:rsidR="00497428" w:rsidRDefault="00852B41">
            <w:r>
              <w:rPr>
                <w:sz w:val="18"/>
              </w:rPr>
              <w:t>Educazione terapeutica e self-management</w:t>
            </w:r>
          </w:p>
        </w:tc>
      </w:tr>
      <w:tr w:rsidR="00497428" w14:paraId="764BE5B5" w14:textId="77777777">
        <w:trPr>
          <w:jc w:val="center"/>
        </w:trPr>
        <w:tc>
          <w:tcPr>
            <w:tcW w:w="454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2DD878" w14:textId="77777777" w:rsidR="00497428" w:rsidRDefault="00852B41">
            <w:pPr>
              <w:jc w:val="center"/>
            </w:pPr>
            <w:r>
              <w:rPr>
                <w:color w:val="004B93"/>
                <w:sz w:val="22"/>
              </w:rPr>
              <w:t>☐</w:t>
            </w:r>
          </w:p>
        </w:tc>
        <w:tc>
          <w:tcPr>
            <w:tcW w:w="9184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35817D" w14:textId="77777777" w:rsidR="00497428" w:rsidRDefault="00852B41">
            <w:r>
              <w:rPr>
                <w:sz w:val="18"/>
              </w:rPr>
              <w:t xml:space="preserve">Tecnologie </w:t>
            </w:r>
            <w:r>
              <w:rPr>
                <w:sz w:val="18"/>
              </w:rPr>
              <w:t>per il diabete, CGM, microinfusori e sistemi AID</w:t>
            </w:r>
          </w:p>
        </w:tc>
      </w:tr>
      <w:tr w:rsidR="00497428" w14:paraId="427D8507" w14:textId="77777777">
        <w:trPr>
          <w:jc w:val="center"/>
        </w:trPr>
        <w:tc>
          <w:tcPr>
            <w:tcW w:w="454" w:type="dxa"/>
            <w:shd w:val="clear" w:color="auto" w:fill="EAF5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53F9D1" w14:textId="77777777" w:rsidR="00497428" w:rsidRDefault="00852B41">
            <w:pPr>
              <w:jc w:val="center"/>
            </w:pPr>
            <w:r>
              <w:rPr>
                <w:color w:val="004B93"/>
                <w:sz w:val="22"/>
              </w:rPr>
              <w:t>☐</w:t>
            </w:r>
          </w:p>
        </w:tc>
        <w:tc>
          <w:tcPr>
            <w:tcW w:w="9184" w:type="dxa"/>
            <w:shd w:val="clear" w:color="auto" w:fill="EAF5F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C98BE4" w14:textId="77777777" w:rsidR="00497428" w:rsidRDefault="00852B41">
            <w:r>
              <w:rPr>
                <w:sz w:val="18"/>
              </w:rPr>
              <w:t>Prevenzione e gestione delle complicanze</w:t>
            </w:r>
          </w:p>
        </w:tc>
      </w:tr>
      <w:tr w:rsidR="00497428" w14:paraId="58DAC42D" w14:textId="77777777">
        <w:trPr>
          <w:jc w:val="center"/>
        </w:trPr>
        <w:tc>
          <w:tcPr>
            <w:tcW w:w="454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E8EB90" w14:textId="77777777" w:rsidR="00497428" w:rsidRDefault="00852B41">
            <w:pPr>
              <w:jc w:val="center"/>
            </w:pPr>
            <w:r>
              <w:rPr>
                <w:color w:val="004B93"/>
                <w:sz w:val="22"/>
              </w:rPr>
              <w:t>☐</w:t>
            </w:r>
          </w:p>
        </w:tc>
        <w:tc>
          <w:tcPr>
            <w:tcW w:w="9184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FA5A7D" w14:textId="77777777" w:rsidR="00497428" w:rsidRDefault="00852B41">
            <w:r>
              <w:rPr>
                <w:sz w:val="18"/>
              </w:rPr>
              <w:t>Piede diabetico</w:t>
            </w:r>
          </w:p>
        </w:tc>
      </w:tr>
      <w:tr w:rsidR="00497428" w14:paraId="40F6D4DE" w14:textId="77777777">
        <w:trPr>
          <w:jc w:val="center"/>
        </w:trPr>
        <w:tc>
          <w:tcPr>
            <w:tcW w:w="454" w:type="dxa"/>
            <w:shd w:val="clear" w:color="auto" w:fill="EAF5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1D0424" w14:textId="77777777" w:rsidR="00497428" w:rsidRDefault="00852B41">
            <w:pPr>
              <w:jc w:val="center"/>
            </w:pPr>
            <w:r>
              <w:rPr>
                <w:color w:val="004B93"/>
                <w:sz w:val="22"/>
              </w:rPr>
              <w:t>☐</w:t>
            </w:r>
          </w:p>
        </w:tc>
        <w:tc>
          <w:tcPr>
            <w:tcW w:w="9184" w:type="dxa"/>
            <w:shd w:val="clear" w:color="auto" w:fill="EAF5F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969BB6" w14:textId="77777777" w:rsidR="00497428" w:rsidRDefault="00852B41">
            <w:r>
              <w:rPr>
                <w:sz w:val="18"/>
              </w:rPr>
              <w:t>Continuità ospedale-territorio e presa in carico multidisciplinare</w:t>
            </w:r>
          </w:p>
        </w:tc>
      </w:tr>
      <w:tr w:rsidR="00497428" w14:paraId="76FE8643" w14:textId="77777777">
        <w:trPr>
          <w:jc w:val="center"/>
        </w:trPr>
        <w:tc>
          <w:tcPr>
            <w:tcW w:w="454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8A20AE" w14:textId="77777777" w:rsidR="00497428" w:rsidRDefault="00852B41">
            <w:pPr>
              <w:jc w:val="center"/>
            </w:pPr>
            <w:r>
              <w:rPr>
                <w:color w:val="004B93"/>
                <w:sz w:val="22"/>
              </w:rPr>
              <w:t>☐</w:t>
            </w:r>
          </w:p>
        </w:tc>
        <w:tc>
          <w:tcPr>
            <w:tcW w:w="9184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D4EFBA" w14:textId="77777777" w:rsidR="00497428" w:rsidRDefault="00852B41">
            <w:r>
              <w:rPr>
                <w:sz w:val="18"/>
              </w:rPr>
              <w:t>Telemedicina e sanità digitale</w:t>
            </w:r>
          </w:p>
        </w:tc>
      </w:tr>
      <w:tr w:rsidR="00497428" w14:paraId="4B3BF179" w14:textId="77777777">
        <w:trPr>
          <w:jc w:val="center"/>
        </w:trPr>
        <w:tc>
          <w:tcPr>
            <w:tcW w:w="454" w:type="dxa"/>
            <w:shd w:val="clear" w:color="auto" w:fill="EAF5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27F543" w14:textId="77777777" w:rsidR="00497428" w:rsidRDefault="00852B41">
            <w:pPr>
              <w:jc w:val="center"/>
            </w:pPr>
            <w:r>
              <w:rPr>
                <w:color w:val="004B93"/>
                <w:sz w:val="22"/>
              </w:rPr>
              <w:t>☐</w:t>
            </w:r>
          </w:p>
        </w:tc>
        <w:tc>
          <w:tcPr>
            <w:tcW w:w="9184" w:type="dxa"/>
            <w:shd w:val="clear" w:color="auto" w:fill="EAF5F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1D55C9" w14:textId="77777777" w:rsidR="00497428" w:rsidRDefault="00852B41">
            <w:r>
              <w:rPr>
                <w:sz w:val="18"/>
              </w:rPr>
              <w:t xml:space="preserve">Modelli organizzativi, qualità e </w:t>
            </w:r>
            <w:r>
              <w:rPr>
                <w:sz w:val="18"/>
              </w:rPr>
              <w:t>sicurezza</w:t>
            </w:r>
          </w:p>
        </w:tc>
      </w:tr>
      <w:tr w:rsidR="00497428" w14:paraId="11836D80" w14:textId="77777777">
        <w:trPr>
          <w:jc w:val="center"/>
        </w:trPr>
        <w:tc>
          <w:tcPr>
            <w:tcW w:w="454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F29469" w14:textId="77777777" w:rsidR="00497428" w:rsidRDefault="00852B41">
            <w:pPr>
              <w:jc w:val="center"/>
            </w:pPr>
            <w:r>
              <w:rPr>
                <w:color w:val="004B93"/>
                <w:sz w:val="22"/>
              </w:rPr>
              <w:t>☐</w:t>
            </w:r>
          </w:p>
        </w:tc>
        <w:tc>
          <w:tcPr>
            <w:tcW w:w="9184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7F3B7A" w14:textId="77777777" w:rsidR="00497428" w:rsidRDefault="00852B41">
            <w:r>
              <w:rPr>
                <w:sz w:val="18"/>
              </w:rPr>
              <w:t>Competenze avanzate e ricerca infermieristica</w:t>
            </w:r>
          </w:p>
        </w:tc>
      </w:tr>
      <w:tr w:rsidR="00497428" w14:paraId="7C4DF4D0" w14:textId="77777777">
        <w:trPr>
          <w:jc w:val="center"/>
        </w:trPr>
        <w:tc>
          <w:tcPr>
            <w:tcW w:w="454" w:type="dxa"/>
            <w:shd w:val="clear" w:color="auto" w:fill="EAF5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9F31AF" w14:textId="77777777" w:rsidR="00497428" w:rsidRDefault="00852B41">
            <w:pPr>
              <w:jc w:val="center"/>
            </w:pPr>
            <w:r>
              <w:rPr>
                <w:color w:val="004B93"/>
                <w:sz w:val="22"/>
              </w:rPr>
              <w:lastRenderedPageBreak/>
              <w:t>☐</w:t>
            </w:r>
          </w:p>
        </w:tc>
        <w:tc>
          <w:tcPr>
            <w:tcW w:w="9184" w:type="dxa"/>
            <w:shd w:val="clear" w:color="auto" w:fill="EAF5F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9059E0" w14:textId="77777777" w:rsidR="00497428" w:rsidRDefault="00852B41">
            <w:r>
              <w:rPr>
                <w:sz w:val="18"/>
              </w:rPr>
              <w:t>Altro (specificare)</w:t>
            </w:r>
          </w:p>
        </w:tc>
      </w:tr>
    </w:tbl>
    <w:p w14:paraId="671D8299" w14:textId="77777777" w:rsidR="00497428" w:rsidRDefault="00852B41">
      <w:pPr>
        <w:spacing w:before="160"/>
      </w:pPr>
      <w:r>
        <w:rPr>
          <w:b/>
          <w:color w:val="B00063"/>
          <w:sz w:val="18"/>
        </w:rPr>
        <w:t xml:space="preserve">Nota: </w:t>
      </w:r>
      <w:r>
        <w:rPr>
          <w:sz w:val="18"/>
        </w:rPr>
        <w:t>l’accettazione dell’abstract e la modalità di presentazione saranno comunicate all’autore referente.</w:t>
      </w:r>
    </w:p>
    <w:p w14:paraId="0A37501D" w14:textId="77777777" w:rsidR="00497428" w:rsidRDefault="00852B41">
      <w:r>
        <w:br w:type="page"/>
      </w:r>
    </w:p>
    <w:p w14:paraId="237417D5" w14:textId="77777777" w:rsidR="00497428" w:rsidRDefault="00852B41">
      <w:pPr>
        <w:jc w:val="center"/>
      </w:pPr>
      <w:r>
        <w:rPr>
          <w:b/>
          <w:color w:val="004B93"/>
          <w:sz w:val="34"/>
        </w:rPr>
        <w:lastRenderedPageBreak/>
        <w:t>SCHEDA DI PRESENTAZIONE DELL’ABSTRACT</w:t>
      </w:r>
    </w:p>
    <w:p w14:paraId="7707C520" w14:textId="77777777" w:rsidR="00497428" w:rsidRDefault="00852B41">
      <w:pPr>
        <w:jc w:val="center"/>
      </w:pPr>
      <w:r>
        <w:rPr>
          <w:color w:val="B00063"/>
        </w:rPr>
        <w:t xml:space="preserve">OSDI NEXT 2027 | Roma, </w:t>
      </w:r>
      <w:r>
        <w:rPr>
          <w:color w:val="B00063"/>
        </w:rPr>
        <w:t>18-19 dicembre 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7428" w14:paraId="3AC5C607" w14:textId="77777777">
        <w:trPr>
          <w:jc w:val="center"/>
        </w:trPr>
        <w:tc>
          <w:tcPr>
            <w:tcW w:w="10312" w:type="dxa"/>
            <w:shd w:val="clear" w:color="auto" w:fill="004B93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8F0FCE1" w14:textId="77777777" w:rsidR="00497428" w:rsidRDefault="00852B41">
            <w:r>
              <w:rPr>
                <w:b/>
                <w:color w:val="FFFFFF"/>
              </w:rPr>
              <w:t>TITOLO DELL’ABSTRACT</w:t>
            </w:r>
          </w:p>
        </w:tc>
      </w:tr>
      <w:tr w:rsidR="00497428" w14:paraId="31F74567" w14:textId="77777777">
        <w:trPr>
          <w:jc w:val="center"/>
        </w:trPr>
        <w:tc>
          <w:tcPr>
            <w:tcW w:w="10312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6157F61" w14:textId="77777777" w:rsidR="00497428" w:rsidRDefault="00852B41">
            <w:pPr>
              <w:spacing w:after="0"/>
            </w:pPr>
            <w:r>
              <w:rPr>
                <w:color w:val="7A7A7A"/>
                <w:sz w:val="18"/>
              </w:rPr>
              <w:t>Scrivere un titolo chiaro, specifico e coerente con il contenuto.</w:t>
            </w:r>
          </w:p>
        </w:tc>
      </w:tr>
    </w:tbl>
    <w:p w14:paraId="5DAB6C7B" w14:textId="77777777" w:rsidR="00497428" w:rsidRDefault="0049742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7428" w14:paraId="64EB706D" w14:textId="77777777">
        <w:trPr>
          <w:jc w:val="center"/>
        </w:trPr>
        <w:tc>
          <w:tcPr>
            <w:tcW w:w="10312" w:type="dxa"/>
            <w:shd w:val="clear" w:color="auto" w:fill="004B93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B5D1B53" w14:textId="77777777" w:rsidR="00497428" w:rsidRDefault="00852B41">
            <w:r>
              <w:rPr>
                <w:b/>
                <w:color w:val="FFFFFF"/>
              </w:rPr>
              <w:t>AUTORE PRINCIPALE</w:t>
            </w:r>
          </w:p>
        </w:tc>
      </w:tr>
      <w:tr w:rsidR="00497428" w14:paraId="42C3A6C9" w14:textId="77777777">
        <w:trPr>
          <w:jc w:val="center"/>
        </w:trPr>
        <w:tc>
          <w:tcPr>
            <w:tcW w:w="10312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FBC5BB6" w14:textId="77777777" w:rsidR="00497428" w:rsidRDefault="00852B41">
            <w:pPr>
              <w:spacing w:after="0"/>
            </w:pPr>
            <w:r>
              <w:rPr>
                <w:color w:val="7A7A7A"/>
                <w:sz w:val="18"/>
              </w:rPr>
              <w:t>Nome, cognome, qualifica professionale, ente/struttura di appartenenza, città.</w:t>
            </w:r>
          </w:p>
        </w:tc>
      </w:tr>
    </w:tbl>
    <w:p w14:paraId="02EB378F" w14:textId="77777777" w:rsidR="00497428" w:rsidRDefault="0049742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7428" w14:paraId="6F66AF74" w14:textId="77777777">
        <w:trPr>
          <w:jc w:val="center"/>
        </w:trPr>
        <w:tc>
          <w:tcPr>
            <w:tcW w:w="10312" w:type="dxa"/>
            <w:shd w:val="clear" w:color="auto" w:fill="004B93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88F4CE2" w14:textId="77777777" w:rsidR="00497428" w:rsidRDefault="00852B41">
            <w:r>
              <w:rPr>
                <w:b/>
                <w:color w:val="FFFFFF"/>
              </w:rPr>
              <w:t>COAUTORI</w:t>
            </w:r>
          </w:p>
        </w:tc>
      </w:tr>
      <w:tr w:rsidR="00497428" w14:paraId="62628572" w14:textId="77777777">
        <w:trPr>
          <w:jc w:val="center"/>
        </w:trPr>
        <w:tc>
          <w:tcPr>
            <w:tcW w:w="10312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85521E5" w14:textId="77777777" w:rsidR="00497428" w:rsidRDefault="00852B41">
            <w:pPr>
              <w:spacing w:after="0"/>
            </w:pPr>
            <w:r>
              <w:rPr>
                <w:color w:val="7A7A7A"/>
                <w:sz w:val="18"/>
              </w:rPr>
              <w:t xml:space="preserve">Nome e cognome di tutti i coautori, </w:t>
            </w:r>
            <w:r>
              <w:rPr>
                <w:color w:val="7A7A7A"/>
                <w:sz w:val="18"/>
              </w:rPr>
              <w:t>con rispettive affiliazioni.</w:t>
            </w:r>
          </w:p>
        </w:tc>
      </w:tr>
    </w:tbl>
    <w:p w14:paraId="6A05A809" w14:textId="77777777" w:rsidR="00497428" w:rsidRDefault="0049742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7428" w14:paraId="4EA0BD55" w14:textId="77777777">
        <w:trPr>
          <w:jc w:val="center"/>
        </w:trPr>
        <w:tc>
          <w:tcPr>
            <w:tcW w:w="10312" w:type="dxa"/>
            <w:shd w:val="clear" w:color="auto" w:fill="004B93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5BE05F3" w14:textId="77777777" w:rsidR="00497428" w:rsidRDefault="00852B41">
            <w:r>
              <w:rPr>
                <w:b/>
                <w:color w:val="FFFFFF"/>
              </w:rPr>
              <w:t>AUTORE REFERENTE</w:t>
            </w:r>
          </w:p>
        </w:tc>
      </w:tr>
      <w:tr w:rsidR="00497428" w14:paraId="57FC810B" w14:textId="77777777">
        <w:trPr>
          <w:jc w:val="center"/>
        </w:trPr>
        <w:tc>
          <w:tcPr>
            <w:tcW w:w="10312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0E4347D" w14:textId="77777777" w:rsidR="00497428" w:rsidRDefault="00852B41">
            <w:pPr>
              <w:spacing w:after="0"/>
            </w:pPr>
            <w:r>
              <w:rPr>
                <w:color w:val="7A7A7A"/>
                <w:sz w:val="18"/>
              </w:rPr>
              <w:t>Nome e cognome | e-mail | recapito telefonico.</w:t>
            </w:r>
          </w:p>
        </w:tc>
      </w:tr>
    </w:tbl>
    <w:p w14:paraId="5A39BBE3" w14:textId="77777777" w:rsidR="00497428" w:rsidRDefault="0049742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7428" w14:paraId="147E9246" w14:textId="77777777">
        <w:trPr>
          <w:jc w:val="center"/>
        </w:trPr>
        <w:tc>
          <w:tcPr>
            <w:tcW w:w="10312" w:type="dxa"/>
            <w:shd w:val="clear" w:color="auto" w:fill="004B93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E07315" w14:textId="77777777" w:rsidR="00497428" w:rsidRDefault="00852B41">
            <w:r>
              <w:rPr>
                <w:b/>
                <w:color w:val="FFFFFF"/>
              </w:rPr>
              <w:t>PAROLE CHIAVE</w:t>
            </w:r>
          </w:p>
        </w:tc>
      </w:tr>
      <w:tr w:rsidR="00497428" w14:paraId="658274AC" w14:textId="77777777">
        <w:trPr>
          <w:jc w:val="center"/>
        </w:trPr>
        <w:tc>
          <w:tcPr>
            <w:tcW w:w="10312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E449DE0" w14:textId="77777777" w:rsidR="00497428" w:rsidRDefault="00852B41">
            <w:pPr>
              <w:spacing w:after="0"/>
            </w:pPr>
            <w:r>
              <w:rPr>
                <w:color w:val="7A7A7A"/>
                <w:sz w:val="18"/>
              </w:rPr>
              <w:t>Indicare da 3 a 5 parole chiave, separate da punto e virgola.</w:t>
            </w:r>
          </w:p>
        </w:tc>
      </w:tr>
    </w:tbl>
    <w:p w14:paraId="41C8F396" w14:textId="77777777" w:rsidR="00497428" w:rsidRDefault="00497428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"/>
        <w:gridCol w:w="3437"/>
        <w:gridCol w:w="3437"/>
        <w:gridCol w:w="3438"/>
        <w:gridCol w:w="59"/>
      </w:tblGrid>
      <w:tr w:rsidR="00497428" w14:paraId="64C0BEB9" w14:textId="77777777">
        <w:trPr>
          <w:gridAfter w:val="1"/>
          <w:wAfter w:w="59" w:type="dxa"/>
        </w:trPr>
        <w:tc>
          <w:tcPr>
            <w:tcW w:w="10312" w:type="dxa"/>
            <w:gridSpan w:val="4"/>
            <w:shd w:val="clear" w:color="auto" w:fill="004B93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AAB1C97" w14:textId="77777777" w:rsidR="00497428" w:rsidRDefault="00852B41">
            <w:r>
              <w:rPr>
                <w:b/>
                <w:color w:val="FFFFFF"/>
              </w:rPr>
              <w:t>TIPOLOGIA DI CONTRIBUTO</w:t>
            </w:r>
          </w:p>
        </w:tc>
      </w:tr>
      <w:tr w:rsidR="00497428" w14:paraId="1D83E999" w14:textId="77777777">
        <w:trPr>
          <w:gridBefore w:val="1"/>
        </w:trPr>
        <w:tc>
          <w:tcPr>
            <w:tcW w:w="3437" w:type="dxa"/>
            <w:shd w:val="clear" w:color="auto" w:fill="EAF5F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5AD569" w14:textId="77777777" w:rsidR="00497428" w:rsidRDefault="00852B41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Studio di ricerca</w:t>
            </w:r>
          </w:p>
        </w:tc>
        <w:tc>
          <w:tcPr>
            <w:tcW w:w="3437" w:type="dxa"/>
            <w:shd w:val="clear" w:color="auto" w:fill="EAF5F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83D251" w14:textId="77777777" w:rsidR="00497428" w:rsidRDefault="00852B41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Progetto assistenziale/educativo</w:t>
            </w:r>
          </w:p>
        </w:tc>
        <w:tc>
          <w:tcPr>
            <w:tcW w:w="3437" w:type="dxa"/>
            <w:gridSpan w:val="2"/>
            <w:shd w:val="clear" w:color="auto" w:fill="EAF5F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6EA698" w14:textId="77777777" w:rsidR="00497428" w:rsidRDefault="00852B41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Buona pratica</w:t>
            </w:r>
          </w:p>
        </w:tc>
      </w:tr>
      <w:tr w:rsidR="00497428" w14:paraId="6EFF5101" w14:textId="77777777">
        <w:trPr>
          <w:gridBefore w:val="1"/>
        </w:trPr>
        <w:tc>
          <w:tcPr>
            <w:tcW w:w="343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A1A035" w14:textId="77777777" w:rsidR="00497428" w:rsidRDefault="00852B41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Esperienza organizzativa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1F0AB2" w14:textId="77777777" w:rsidR="00497428" w:rsidRDefault="00852B41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Case report</w:t>
            </w:r>
          </w:p>
        </w:tc>
        <w:tc>
          <w:tcPr>
            <w:tcW w:w="3437" w:type="dxa"/>
            <w:gridSpan w:val="2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3DBFD9" w14:textId="77777777" w:rsidR="00497428" w:rsidRDefault="00852B41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Altro: __________________</w:t>
            </w:r>
          </w:p>
        </w:tc>
      </w:tr>
    </w:tbl>
    <w:p w14:paraId="72A3D3EC" w14:textId="77777777" w:rsidR="00497428" w:rsidRDefault="0049742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7428" w14:paraId="0DAA787E" w14:textId="77777777" w:rsidTr="1869657A">
        <w:trPr>
          <w:jc w:val="center"/>
        </w:trPr>
        <w:tc>
          <w:tcPr>
            <w:tcW w:w="10312" w:type="dxa"/>
            <w:shd w:val="clear" w:color="auto" w:fill="004B93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A03D43E" w14:textId="0E0C760F" w:rsidR="00497428" w:rsidRDefault="1869657A">
            <w:r w:rsidRPr="1869657A">
              <w:rPr>
                <w:b/>
                <w:bCs/>
                <w:color w:val="FFFFFF" w:themeColor="background1"/>
                <w:szCs w:val="20"/>
              </w:rPr>
              <w:t xml:space="preserve">INTRODUZIONE </w:t>
            </w:r>
          </w:p>
        </w:tc>
      </w:tr>
      <w:tr w:rsidR="00497428" w14:paraId="3CB4B54E" w14:textId="77777777" w:rsidTr="1869657A">
        <w:trPr>
          <w:jc w:val="center"/>
        </w:trPr>
        <w:tc>
          <w:tcPr>
            <w:tcW w:w="10312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F5FAFC1" w14:textId="77777777" w:rsidR="00497428" w:rsidRDefault="00852B41">
            <w:pPr>
              <w:spacing w:after="0"/>
            </w:pPr>
            <w:r>
              <w:rPr>
                <w:color w:val="7A7A7A"/>
                <w:sz w:val="18"/>
              </w:rPr>
              <w:t>Descrivere il contesto, il problema e la rilevanza per la pratica diabetologica.</w:t>
            </w:r>
          </w:p>
        </w:tc>
      </w:tr>
    </w:tbl>
    <w:p w14:paraId="0D0B940D" w14:textId="77777777" w:rsidR="00497428" w:rsidRDefault="0049742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7428" w14:paraId="59D3633E" w14:textId="77777777">
        <w:trPr>
          <w:jc w:val="center"/>
        </w:trPr>
        <w:tc>
          <w:tcPr>
            <w:tcW w:w="10312" w:type="dxa"/>
            <w:shd w:val="clear" w:color="auto" w:fill="004B93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030A31" w14:textId="77777777" w:rsidR="00497428" w:rsidRDefault="00852B41">
            <w:r>
              <w:rPr>
                <w:b/>
                <w:color w:val="FFFFFF"/>
              </w:rPr>
              <w:t>OBIETTIVI</w:t>
            </w:r>
          </w:p>
        </w:tc>
      </w:tr>
      <w:tr w:rsidR="00497428" w14:paraId="67318046" w14:textId="77777777">
        <w:trPr>
          <w:jc w:val="center"/>
        </w:trPr>
        <w:tc>
          <w:tcPr>
            <w:tcW w:w="10312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6C0C225" w14:textId="77777777" w:rsidR="00497428" w:rsidRDefault="00852B41">
            <w:pPr>
              <w:spacing w:after="0"/>
            </w:pPr>
            <w:r>
              <w:rPr>
                <w:color w:val="7A7A7A"/>
                <w:sz w:val="18"/>
              </w:rPr>
              <w:t xml:space="preserve">Indicare l’obiettivo principale ed eventuali obiettivi </w:t>
            </w:r>
            <w:r>
              <w:rPr>
                <w:color w:val="7A7A7A"/>
                <w:sz w:val="18"/>
              </w:rPr>
              <w:t>secondari.</w:t>
            </w:r>
          </w:p>
        </w:tc>
      </w:tr>
    </w:tbl>
    <w:p w14:paraId="0E27B00A" w14:textId="77777777" w:rsidR="00497428" w:rsidRDefault="0049742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7428" w14:paraId="50BCDF50" w14:textId="77777777">
        <w:trPr>
          <w:jc w:val="center"/>
        </w:trPr>
        <w:tc>
          <w:tcPr>
            <w:tcW w:w="10312" w:type="dxa"/>
            <w:shd w:val="clear" w:color="auto" w:fill="004B93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8EF71FF" w14:textId="77777777" w:rsidR="00497428" w:rsidRDefault="00852B41">
            <w:r>
              <w:rPr>
                <w:b/>
                <w:color w:val="FFFFFF"/>
              </w:rPr>
              <w:t>MATERIALI E METODI</w:t>
            </w:r>
          </w:p>
        </w:tc>
      </w:tr>
      <w:tr w:rsidR="00497428" w14:paraId="01F81750" w14:textId="77777777">
        <w:trPr>
          <w:jc w:val="center"/>
        </w:trPr>
        <w:tc>
          <w:tcPr>
            <w:tcW w:w="10312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4F05F12" w14:textId="77777777" w:rsidR="00497428" w:rsidRDefault="00852B41">
            <w:pPr>
              <w:spacing w:after="0"/>
            </w:pPr>
            <w:r>
              <w:rPr>
                <w:color w:val="7A7A7A"/>
                <w:sz w:val="18"/>
              </w:rPr>
              <w:lastRenderedPageBreak/>
              <w:t>Descrivere disegno, setting, partecipanti, interventi, strumenti e modalità di analisi.</w:t>
            </w:r>
          </w:p>
        </w:tc>
      </w:tr>
    </w:tbl>
    <w:p w14:paraId="60061E4C" w14:textId="77777777" w:rsidR="00497428" w:rsidRDefault="0049742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7428" w14:paraId="17139495" w14:textId="77777777">
        <w:trPr>
          <w:jc w:val="center"/>
        </w:trPr>
        <w:tc>
          <w:tcPr>
            <w:tcW w:w="10312" w:type="dxa"/>
            <w:shd w:val="clear" w:color="auto" w:fill="004B93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A478200" w14:textId="77777777" w:rsidR="00497428" w:rsidRDefault="00852B41">
            <w:r>
              <w:rPr>
                <w:b/>
                <w:color w:val="FFFFFF"/>
              </w:rPr>
              <w:t>RISULTATI</w:t>
            </w:r>
          </w:p>
        </w:tc>
      </w:tr>
      <w:tr w:rsidR="00497428" w14:paraId="7756DC6D" w14:textId="77777777">
        <w:trPr>
          <w:jc w:val="center"/>
        </w:trPr>
        <w:tc>
          <w:tcPr>
            <w:tcW w:w="10312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8D584C7" w14:textId="77777777" w:rsidR="00497428" w:rsidRDefault="00852B41">
            <w:pPr>
              <w:spacing w:after="0"/>
            </w:pPr>
            <w:r>
              <w:rPr>
                <w:color w:val="7A7A7A"/>
                <w:sz w:val="18"/>
              </w:rPr>
              <w:t>Riportare risultati chiari e coerenti con gli obiettivi. Evitare affermazioni non supportate da dati.</w:t>
            </w:r>
          </w:p>
        </w:tc>
      </w:tr>
    </w:tbl>
    <w:p w14:paraId="44EAFD9C" w14:textId="77777777" w:rsidR="00497428" w:rsidRDefault="0049742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7428" w14:paraId="0026AB95" w14:textId="77777777">
        <w:trPr>
          <w:jc w:val="center"/>
        </w:trPr>
        <w:tc>
          <w:tcPr>
            <w:tcW w:w="10312" w:type="dxa"/>
            <w:shd w:val="clear" w:color="auto" w:fill="004B93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957389C" w14:textId="77777777" w:rsidR="00497428" w:rsidRDefault="00852B41">
            <w:r>
              <w:rPr>
                <w:b/>
                <w:color w:val="FFFFFF"/>
              </w:rPr>
              <w:t xml:space="preserve">CONCLUSIONI E </w:t>
            </w:r>
            <w:r>
              <w:rPr>
                <w:b/>
                <w:color w:val="FFFFFF"/>
              </w:rPr>
              <w:t>IMPLICAZIONI PER LA PRATICA</w:t>
            </w:r>
          </w:p>
        </w:tc>
      </w:tr>
      <w:tr w:rsidR="00497428" w14:paraId="1EEF6D08" w14:textId="77777777">
        <w:trPr>
          <w:jc w:val="center"/>
        </w:trPr>
        <w:tc>
          <w:tcPr>
            <w:tcW w:w="10312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FA30B4B" w14:textId="77777777" w:rsidR="00497428" w:rsidRDefault="00852B41">
            <w:pPr>
              <w:spacing w:after="0"/>
            </w:pPr>
            <w:r>
              <w:rPr>
                <w:color w:val="7A7A7A"/>
                <w:sz w:val="18"/>
              </w:rPr>
              <w:t>Evidenziare ricadute assistenziali, trasferibilità, limiti e sviluppi futuri.</w:t>
            </w:r>
          </w:p>
        </w:tc>
      </w:tr>
    </w:tbl>
    <w:p w14:paraId="4B94D5A5" w14:textId="77777777" w:rsidR="00497428" w:rsidRDefault="0049742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7428" w14:paraId="4116F48D" w14:textId="77777777">
        <w:trPr>
          <w:jc w:val="center"/>
        </w:trPr>
        <w:tc>
          <w:tcPr>
            <w:tcW w:w="10312" w:type="dxa"/>
            <w:shd w:val="clear" w:color="auto" w:fill="004B93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3965B84" w14:textId="77777777" w:rsidR="00497428" w:rsidRDefault="00852B41">
            <w:r>
              <w:rPr>
                <w:b/>
                <w:color w:val="FFFFFF"/>
              </w:rPr>
              <w:t>RIFERIMENTI BIBLIOGRAFICI</w:t>
            </w:r>
          </w:p>
        </w:tc>
      </w:tr>
      <w:tr w:rsidR="00497428" w14:paraId="7DF837E4" w14:textId="77777777">
        <w:trPr>
          <w:jc w:val="center"/>
        </w:trPr>
        <w:tc>
          <w:tcPr>
            <w:tcW w:w="10312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D4C1788" w14:textId="77777777" w:rsidR="00497428" w:rsidRDefault="00852B41">
            <w:pPr>
              <w:spacing w:after="0"/>
            </w:pPr>
            <w:r>
              <w:rPr>
                <w:color w:val="7A7A7A"/>
                <w:sz w:val="18"/>
              </w:rPr>
              <w:t>Massimo 3 riferimenti bibliografici, preferibilmente in stile Vancouver.</w:t>
            </w:r>
          </w:p>
        </w:tc>
      </w:tr>
    </w:tbl>
    <w:p w14:paraId="3DEEC669" w14:textId="77777777" w:rsidR="00497428" w:rsidRDefault="00497428">
      <w:pPr>
        <w:spacing w:after="40"/>
      </w:pPr>
    </w:p>
    <w:p w14:paraId="22E8CCE0" w14:textId="77777777" w:rsidR="00497428" w:rsidRDefault="00852B41">
      <w:pPr>
        <w:pStyle w:val="Titolo1"/>
      </w:pPr>
      <w:r>
        <w:t>Dichiarazioni dell’autore referente</w:t>
      </w:r>
    </w:p>
    <w:p w14:paraId="48A2CDCB" w14:textId="77777777" w:rsidR="00497428" w:rsidRDefault="00852B41">
      <w:pPr>
        <w:spacing w:after="80"/>
      </w:pPr>
      <w:r>
        <w:rPr>
          <w:color w:val="004B93"/>
          <w:sz w:val="22"/>
        </w:rPr>
        <w:t>☐</w:t>
      </w:r>
      <w:r>
        <w:rPr>
          <w:color w:val="004B93"/>
          <w:sz w:val="22"/>
        </w:rPr>
        <w:t xml:space="preserve"> </w:t>
      </w:r>
      <w:r>
        <w:rPr>
          <w:sz w:val="18"/>
        </w:rPr>
        <w:t>Dichiaro che il contributo è originale e che tutti gli autori ne hanno approvato l’invio.</w:t>
      </w:r>
    </w:p>
    <w:p w14:paraId="6A952CE1" w14:textId="77777777" w:rsidR="00497428" w:rsidRDefault="00852B41">
      <w:pPr>
        <w:spacing w:after="80"/>
      </w:pPr>
      <w:r>
        <w:rPr>
          <w:color w:val="004B93"/>
          <w:sz w:val="22"/>
        </w:rPr>
        <w:t>☐</w:t>
      </w:r>
      <w:r>
        <w:rPr>
          <w:color w:val="004B93"/>
          <w:sz w:val="22"/>
        </w:rPr>
        <w:t xml:space="preserve"> </w:t>
      </w:r>
      <w:r>
        <w:rPr>
          <w:sz w:val="18"/>
        </w:rPr>
        <w:t>Dichiaro che il testo non contiene dati identificativi delle persone assistite e che sono stati rispettati privacy, consenso ed eventuali autorizzazioni previste.</w:t>
      </w:r>
    </w:p>
    <w:p w14:paraId="1E7534F4" w14:textId="77777777" w:rsidR="00497428" w:rsidRDefault="00852B41">
      <w:pPr>
        <w:spacing w:after="80"/>
      </w:pPr>
      <w:r>
        <w:rPr>
          <w:color w:val="004B93"/>
          <w:sz w:val="22"/>
        </w:rPr>
        <w:t>☐</w:t>
      </w:r>
      <w:r>
        <w:rPr>
          <w:color w:val="004B93"/>
          <w:sz w:val="22"/>
        </w:rPr>
        <w:t xml:space="preserve"> </w:t>
      </w:r>
      <w:r>
        <w:rPr>
          <w:sz w:val="18"/>
        </w:rPr>
        <w:t>Dichiaro i seguenti conflitti di interesse: ________________________________________________</w:t>
      </w:r>
    </w:p>
    <w:p w14:paraId="09C78F74" w14:textId="77777777" w:rsidR="00497428" w:rsidRDefault="00852B41">
      <w:pPr>
        <w:spacing w:after="80"/>
      </w:pPr>
      <w:r>
        <w:rPr>
          <w:color w:val="004B93"/>
          <w:sz w:val="22"/>
        </w:rPr>
        <w:t>☐</w:t>
      </w:r>
      <w:r>
        <w:rPr>
          <w:color w:val="004B93"/>
          <w:sz w:val="22"/>
        </w:rPr>
        <w:t xml:space="preserve"> </w:t>
      </w:r>
      <w:r>
        <w:rPr>
          <w:sz w:val="18"/>
        </w:rPr>
        <w:t>Autorizzo OSDI alla pubblicazione del titolo, dei nomi degli autori e dell’abstract nei materiali e nei canali istituzionali.</w:t>
      </w:r>
    </w:p>
    <w:p w14:paraId="06494D55" w14:textId="77777777" w:rsidR="00497428" w:rsidRDefault="00852B41">
      <w:pPr>
        <w:spacing w:after="80"/>
      </w:pPr>
      <w:r>
        <w:rPr>
          <w:color w:val="004B93"/>
          <w:sz w:val="22"/>
        </w:rPr>
        <w:t>☐</w:t>
      </w:r>
      <w:r>
        <w:rPr>
          <w:color w:val="004B93"/>
          <w:sz w:val="22"/>
        </w:rPr>
        <w:t xml:space="preserve"> </w:t>
      </w:r>
      <w:r>
        <w:rPr>
          <w:sz w:val="18"/>
        </w:rPr>
        <w:t>Mi impegno, in caso di selezione</w:t>
      </w:r>
      <w:r>
        <w:rPr>
          <w:sz w:val="18"/>
        </w:rPr>
        <w:t>, a garantire la presentazione da parte di almeno uno degli autori.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497428" w14:paraId="551A5F28" w14:textId="77777777" w:rsidTr="1869657A">
        <w:trPr>
          <w:jc w:val="center"/>
        </w:trPr>
        <w:tc>
          <w:tcPr>
            <w:tcW w:w="5156" w:type="dxa"/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A44BF3" w14:textId="77777777" w:rsidR="00497428" w:rsidRDefault="00852B41">
            <w:r>
              <w:rPr>
                <w:b/>
                <w:color w:val="004B93"/>
                <w:sz w:val="18"/>
              </w:rPr>
              <w:t>Luogo e data</w:t>
            </w:r>
          </w:p>
        </w:tc>
        <w:tc>
          <w:tcPr>
            <w:tcW w:w="5156" w:type="dxa"/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5A02E0" w14:textId="77777777" w:rsidR="00497428" w:rsidRDefault="00852B41">
            <w:r>
              <w:rPr>
                <w:b/>
                <w:color w:val="004B93"/>
                <w:sz w:val="18"/>
              </w:rPr>
              <w:t>Nome e cognome dell’autore referente</w:t>
            </w:r>
          </w:p>
        </w:tc>
      </w:tr>
      <w:tr w:rsidR="00497428" w14:paraId="7C15739C" w14:textId="77777777" w:rsidTr="1869657A">
        <w:trPr>
          <w:jc w:val="center"/>
        </w:trPr>
        <w:tc>
          <w:tcPr>
            <w:tcW w:w="51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FE1423" w14:textId="77777777" w:rsidR="00497428" w:rsidRDefault="1869657A" w:rsidP="1869657A">
            <w:r w:rsidRPr="1869657A">
              <w:rPr>
                <w:rFonts w:eastAsia="Aptos" w:cs="Aptos"/>
                <w:b/>
                <w:bCs/>
                <w:color w:val="004B93"/>
                <w:sz w:val="18"/>
                <w:szCs w:val="18"/>
              </w:rPr>
              <w:t>Firma dell’autore referente: ______________________________</w:t>
            </w:r>
          </w:p>
        </w:tc>
        <w:tc>
          <w:tcPr>
            <w:tcW w:w="51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56B9AB" w14:textId="77777777" w:rsidR="00497428" w:rsidRDefault="00852B41">
            <w:r>
              <w:br/>
            </w:r>
            <w:r>
              <w:br/>
            </w:r>
          </w:p>
        </w:tc>
      </w:tr>
    </w:tbl>
    <w:p w14:paraId="236085CB" w14:textId="46057BA5" w:rsidR="1869657A" w:rsidRDefault="1869657A" w:rsidP="1869657A">
      <w:pPr>
        <w:pStyle w:val="Titolo1"/>
        <w:rPr>
          <w:rFonts w:ascii="Calibri" w:eastAsia="Calibri" w:hAnsi="Calibri" w:cs="Calibri"/>
        </w:rPr>
      </w:pPr>
    </w:p>
    <w:sectPr w:rsidR="1869657A" w:rsidSect="00034616">
      <w:footerReference w:type="default" r:id="rId8"/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3E269E" w14:textId="77777777" w:rsidR="00852B41" w:rsidRDefault="00852B41">
      <w:pPr>
        <w:spacing w:after="0" w:line="240" w:lineRule="auto"/>
      </w:pPr>
      <w:r>
        <w:separator/>
      </w:r>
    </w:p>
  </w:endnote>
  <w:endnote w:type="continuationSeparator" w:id="0">
    <w:p w14:paraId="23593833" w14:textId="77777777" w:rsidR="00852B41" w:rsidRDefault="00852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54F54" w14:textId="77777777" w:rsidR="00497428" w:rsidRDefault="00852B41">
    <w:pPr>
      <w:pStyle w:val="Pidipagina"/>
      <w:jc w:val="center"/>
    </w:pPr>
    <w:r>
      <w:rPr>
        <w:color w:val="004B93"/>
        <w:sz w:val="16"/>
      </w:rPr>
      <w:t>OSDI - Operatori Sanitari di Diabetologia Italiani | segreteria@osdi.it | www.osdi.it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93B711" w14:textId="77777777" w:rsidR="00852B41" w:rsidRDefault="00852B41">
      <w:pPr>
        <w:spacing w:after="0" w:line="240" w:lineRule="auto"/>
      </w:pPr>
      <w:r>
        <w:separator/>
      </w:r>
    </w:p>
  </w:footnote>
  <w:footnote w:type="continuationSeparator" w:id="0">
    <w:p w14:paraId="031CB5FC" w14:textId="77777777" w:rsidR="00852B41" w:rsidRDefault="00852B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7428"/>
    <w:rsid w:val="00852B41"/>
    <w:rsid w:val="00993D6D"/>
    <w:rsid w:val="00AA1D8D"/>
    <w:rsid w:val="00B47730"/>
    <w:rsid w:val="00CB0664"/>
    <w:rsid w:val="00FC693F"/>
    <w:rsid w:val="1869657A"/>
    <w:rsid w:val="3AC5BE69"/>
    <w:rsid w:val="3B6AF16E"/>
    <w:rsid w:val="454601A3"/>
    <w:rsid w:val="72C0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7A925B7-64A2-42F8-B82C-8F466FDFA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rPr>
      <w:rFonts w:ascii="Aptos" w:hAnsi="Aptos"/>
      <w:color w:val="5C6670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B93"/>
      <w:sz w:val="3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B00063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4B93"/>
      <w:spacing w:val="5"/>
      <w:kern w:val="28"/>
      <w:sz w:val="4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F09E02-3010-471C-AE07-7D321E089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 Abstract OSDI NEXT 2027</vt:lpstr>
    </vt:vector>
  </TitlesOfParts>
  <Manager/>
  <Company/>
  <LinksUpToDate>false</LinksUpToDate>
  <CharactersWithSpaces>3726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Abstract OSDI NEXT 2027</dc:title>
  <dc:subject>Call for Abstract OSDI</dc:subject>
  <dc:creator>Emilia Masuccio</dc:creator>
  <cp:keywords/>
  <dc:description>generated by python-docx</dc:description>
  <cp:lastModifiedBy>ADRIANO GUARDIGLI</cp:lastModifiedBy>
  <cp:revision>2</cp:revision>
  <dcterms:created xsi:type="dcterms:W3CDTF">2026-11-06T08:08:00Z</dcterms:created>
  <dcterms:modified xsi:type="dcterms:W3CDTF">2026-11-06T08:08:00Z</dcterms:modified>
  <cp:category/>
</cp:coreProperties>
</file>